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🔢 מסע החשבון – הכנה למבחן בחשבון ה׳–ו׳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אומדן, סדר פעולות חשבון והשוואת מספרים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אומדן תוצאות בחיבור, חיסור וכפל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לזכור ולהשתמש נכון בסדר הפעולות (כפל וחילוק לפני חיבור וחיסור, סוגריים קודם לכל)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להשוות בין מספרים ושברים באמצעות הסימנים &gt; &lt; =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אומדן תוצאות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700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600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השלימו - סדר פעולות חשבון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כפל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סוגריים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מה שבתוך הסוגריים מחושב ראשון תמיד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בנוי ציר המספרים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הסימן או השבר למשמעות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(גדול מ)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(קטן מ)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(שווה 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(חצי)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הפתרון של 2 + 3 × (4-1)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פתרו קודם את מה שבתוך הסוגריים: 4-1=3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בצעו את פעולת הכפל: 3×3=9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בצעו את פעולת החיבור: 2+9=11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כתבו את התוצאה הסופית: 11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לכתוב שבלי סדר פעולות ברור כל אחד יכול לקבל תוצאה אחרת לאותו תרגיל, ולהביא דוגמה כמו 2+3×4 שבה חייבים לכפול קודם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סוגריים, אחר כך כפל וחילוק, ולבסוף חיבור וחיסור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בערך 500 (50×10)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שווה - כי 2/4 זה בדיוק חצי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במשחק מרוץ האומדן כחימום לפני חלק האומדן בדף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להדגים על הלוח תרגיל עם סוגריים לפני פתרון חלק הסדר (order) באופן עצמאי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המתקשים אפשר לדלג על הפריטים המסומנים ולהתמקד בעיקרי הנושא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🔢 מסע החשבון – הכנה למבחן בחשבון ה׳–ו׳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אומדן, סדר פעולות חשבון והשוואת מספרים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נתרגל שלושה נושאים מרכזיים בחשבון: אומדן תוצאה, סדר הפעולות בתרגילים, והשוואה בין מספרים ושברים על ציר המספרים.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סוגריים  ·  כפל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אומדן תוצאות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מהו האומדן הקרוב ביותר לתוצאה של 298 + 401?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700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600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800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מהו האומדן הקרוב ביותר לתוצאה של 793 - 204?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500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700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600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השלימו - סדר פעולות חשבון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בתרגיל 3 + 4 × 2 יש לבצע קודם את פעולת ה-__________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כדי לשנות את סדר הפעולות הרגיל בתרגיל משתמשים ב-__________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סוגריים משנים את סדר הביצוע הרגיל של התרגיל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על ציר המספרים, ככל שמתקדמים ימינה המספרים גדלים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בין הסימן או השבר למשמעות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&gt;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שווה 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&lt;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חצי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=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קטן מ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1/2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גדול 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שלבי הפתרון של 2 + 3 × (4-1)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כתבו את התוצאה הסופית: 11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בצעו את פעולת החיבור: 2+9=11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בצעו את פעולת הכפל: 3×3=9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פתרו קודם את מה שבתוך הסוגריים: 4-1=3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הסבירו במילים שלכם מדוע חשוב לדעת את סדר הפעולות בחשבון, ותנו דוגמה אחת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הסדר הנכון של ביצוע סוגריים, כפל/חילוק וחיבור/חיסור בתרגיל?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אומדן הגיוני לתוצאה של 48 × 11?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אומדן, סדר פעולות חשבון והשוואת מספרים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