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אומדן, סדר פעולות חשבון והשוואת 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אומדן תוצאות בחיבור, חיסור וכפל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לזכור ולהשתמש נכון בסדר הפעולות (כפל וחילוק לפני חיבור וחיסור, סוגריים קודם לכל)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להשוות בין מספרים ושברים באמצעות הסימנים &gt; &lt; =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אומדן תוצאות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700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500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 – 600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400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השלימו - סדר פעולות חשבון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כפל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סוגריים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3. 20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4. 4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כפל וחילוק מבוצעים לפני חיבור וחיסור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מה שבתוך הסוגריים מחושב ראשון תמיד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בנוי ציר המספרים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1/2 קטן מ-3/4 כי 3 חלקים מתוך 4 זה יותר מחצי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 ההגדרה של הסימן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מיקום הסוגריים קובע מה מחשבים קודם ולכן משפיע על התוצאה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הסימן או השבר למשמעות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(גדול 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(קטן מ)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(שווה 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(חצי)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ו (רבע)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ב (שלושה רבעים)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הפתרון של 2 + 3 × (4-1)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פתרו קודם את מה שבתוך הסוגריים: 4-1=3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בצעו את פעולת הכפל: 3×3=9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בצעו את פעולת החיבור: 2+9=11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כתבו את התוצאה הסופית: 11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לכתוב שבלי סדר פעולות ברור כל אחד יכול לקבל תוצאה אחרת לאותו תרגיל, ולהביא דוגמה כמו 2+3×4 שבה חייבים לכפול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לעגל את המספרים למספרים עגולים, לחשב בערך, ולבדוק שהתשובה המדויקת קרובה לאומדן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סוגריים, אחר כך כפל וחילוק, ולבסוף חיבור וחיסור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בערך 500 (50×10)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שווה - כי 2/4 זה בדיוק חצי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את השיעור במשחק מרוץ האומדן כחימום לפני חלק האומדן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להדגים על הלוח תרגיל עם סוגריים לפני פתרון חלק הסדר (order) באופן עצמאי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המתקשים אפשר לדלג על הפריטים המסומנים ולהתמקד בעיקרי הנושא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🔢 מסע החשבון – הכנה למבחן בחשבון ה׳–ו׳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אומדן, סדר פעולות חשבון והשוואת מספרים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נתרגל: לנחש בערך כמה יוצא בתרגיל, מה עושים קודם בתרגיל עם כמה פעולות, ואיך משווים בין מספרים ושברים.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אומדן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ניחוש קרוב וסביר לתוצאה, בלי לחשב בדיוק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סדר פעולות חשבון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הכלל שקובע מה מחשבים קודם בתרגיל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סוגריים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שמורה לבצע קודם את מה שבתוכו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ציר המספרים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 שעליו מסודרים המספרים לפי הגודל שלהם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שבר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שמתאר חלק משלם, כמו חצי או רבע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גדול מ (&gt;)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שמראה שהמספר הראשון גדול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קטן מ (&lt;)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שמראה שהמספר הראשון קטן יותר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שווה ל (=)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סימן שמראה ששני הצדדים זהים בערכם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אומדן תוצאות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בערך יוצא 298 ועוד 401?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900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בערך יוצא 52 כפול 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450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כמה בערך יוצא 793 פחות 204?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700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800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600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כמה בערך יוצא 19 כפול 21?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300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500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200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400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השלימו - סדר פעולות חשבון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בתרגיל 3 + 4 × 2 יש לבצע קודם את פעולת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כדי לשנות את סדר הפעולות הרגיל בתרגיל משתמשים ב-__________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התוצאה של (2+3) × 4 היא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התוצאה של 10 - 2 × 3 היא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בתרגיל חשבון מבצעים קודם חיבור וחיסור ורק אחר כך כפל וחילוק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סוגריים משנים את סדר הביצוע הרגיל של התרגיל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על ציר המספרים, ככל שמתקדמים ימינה המספרים גדלים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השבר 1/2 גדול מהשבר 3/4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הסימן &gt; פירושו גדול מ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לשנות את מקום הסוגריים בתרגיל בלי שהתוצאה תשתנה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הסימן או השבר למשמעות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&gt;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קטן 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&lt;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שלושה רבעים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=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גדול מ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1/2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שווה 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חצי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3/4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רבע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הפתרון של 2 + 3 × (4-1)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את פעולת הכפל: 3×3=9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כתבו את התוצאה הסופית: 11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פתרו קודם את מה שבתוך הסוגריים: 4-1=3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בצעו את פעולת החיבור: 2+9=11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חשוב לדעת את סדר הפעולות בחשבון, ותנו דוגמה אחת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איך אפשר להשתמש באומדן כדי לבדוק אם תשובה בתרגיל חישוב הגיונית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הסדר הנכון של ביצוע סוגריים, כפל/חילוק וחיבור/חיסור בתרגיל?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אומדן הגיוני לתוצאה של 48 × 11?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השבר 2/4 גדול, קטן או שווה לשבר 1/2?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אומדן, סדר פעולות חשבון והשוואת מספרים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