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אומדן, סדר פעולות חשבון והשוואת 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 תוצאות בחיבור, חיסור וכפל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ולהשתמש נכון בסדר הפעולות (כפל וחילוק לפני חיבור וחיסור, סוגריים קודם לכל)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מספרים ושברים באמצעות הסימנים &gt; &lt; 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אומדן תוצאות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700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600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400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- סדר פעולות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כפל וחילוק מבוצעים לפני חיבור וחיסור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מה שבתוך הסוגריים מחושב ראשון 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בנוי ציר המספרים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1/2 קטן מ-3/4 כי 3 חלקים מתוך 4 זה יותר מחצי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ההגדרה של הסימן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מיקום הסוגריים קובע מה מחשבים קודם ולכן משפיע על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הסימן או השבר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(גדול 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(קטן 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(שווה 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(חצי)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(שלושה רבעים)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 של 2 + 3 × (4-1)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פתרו קודם את מה שבתוך הסוגריים: 4-1=3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בצעו את פעולת הכפל: 3×3=9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בצעו את פעולת החיבור: 2+9=11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את התוצאה הסופית: 11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לכתוב שבלי סדר פעולות ברור כל אחד יכול לקבל תוצאה אחרת לאותו תרגיל, ולהביא דוגמה כמו 2+3×4 שבה חייבים לכפול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לעגל את המספרים למספרים עגולים, לחשב בערך, ולבדוק שהתשובה המדויקת קרובה לאומדן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סוגריים, אחר כך כפל וחילוק, ולבסוף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בערך 500 (50×10)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שווה - כי 2/4 זה בדיוק חצי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מרוץ האומדן כחימום לפני חלק האומדן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תרגיל עם סוגריים לפני פתרון חלק הסדר (order) באופן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ולהתמקד בעיקרי הנושא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אומדן, סדר פעולות חשבון והשוואת 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שלושה נושאים מרכזיים בחשבון: אומדן תוצאה, סדר הפעולות בתרגילים, והשוואה בין מספרים ושברים על ציר המספרים.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אומדן 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האומדן הקרוב ביותר לתוצאה של 298 + 401?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האומדן הקרוב ביותר לתוצאה של 52 × 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האומדן הקרוב ביותר לתוצאה של 793 - 204?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האומדן הקרוב ביותר לתוצאה של 19 × 21?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- סדר פעולות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בתרגיל 3 + 4 × 2 יש לבצע קודם את פעולת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לשנות את סדר הפעולות הרגיל בתרגיל משתמשים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התוצאה של (2+3) × 4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התוצאה של 10 - 2 × 3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חשבון מבצעים קודם חיבור וחיסור ורק אחר כך כפל וחילוק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סוגריים משנים את סדר הביצוע הרגיל של התרגיל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ציר המספרים, ככל שמתקדמים ימינה המספרים גדלים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השבר 1/2 גדול מהשבר 3/4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&gt; פירושו גדול 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לשנות את מקום הסוגריים בתרגיל בלי שהתוצאה תשתנה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הסימן או השבר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&gt;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חצי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&lt;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=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גדול 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1/2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שלושה רבעים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1/4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קטן 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3/4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שווה 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הפתרון של 2 + 3 × (4-1)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את פעולת החיבור: 2+9=11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התוצאה הסופית: 11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את פעולת הכפל: 3×3=9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 קודם את מה שבתוך הסוגריים: 4-1=3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לדעת את סדר הפעולות בחשבון, ותנו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איך אפשר להשתמש באומדן כדי לבדוק אם תשובה בתרגיל חישוב הגיונית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הסדר הנכון של ביצוע סוגריים, כפל/חילוק וחיבור/חיסור בתרגיל?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אומדן הגיוני לתוצאה של 48 × 11?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השבר 2/4 גדול, קטן או שווה לשבר 1/2?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אומדן, סדר פעולות חשבון והשוואת מספרים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